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Nové ambiciózne zdravotné plány Bangladéša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"World Report: Bangladesh's ambitious new health plans" od autora Samaan Lateef. Dostupné informácie z vyhľadávania obsahujú len správu WHO o Bangladéšskej ceste k univerzálnemu zdravotnému krytiu na roky 2026–2035, ktorá bola zverejnená v novembri 2025[1]. Táto správa sa zaoberá dlhodobou stratégiou na dosiahnutie univerzálneho zdravotného krytia prostredníctvom troch dimenzií: pokrytia populácie, pokrytia služieb a finančnej ochrany[1]. Aby som mohol vytvoriť presný súhrn požadovaného článku podľa vašich kritérií, potreboval by som prístup k plnému textu tohto konkrétneho článku.</w:t>
      </w:r>
    </w:p>
    <w:p/>
    <w:p>
      <w:pPr>
        <w:jc w:val="center"/>
      </w:pPr>
      <w:r>
        <w:t>Vygenerované: 06.03.2026 01:01:47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