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Rozsiahla história počatia, tehotenstva a pôrodu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Autorka spomína Shulamith Firestone (1945 – 2012), feministku a autorku knihy Dialektika sexu: Prípad feministickej revolúcie z roku 1970. Tento text pochádza z radikálneho feminizmu druhej vlny. Firestone sa zameriavala na útlak žien prostredníctvom ich biologickej roly v plodení detí. Spomienka na toto učenie zostala autorke z hodín politiky na strednej škole. Tieto diskusie prebiehali medzi rozhovormi o liberalizme a vláde Spojeného kráľovstva pod Tonym Blairom. Článok predstavuje manifest vzniknutý z utrpenia uvedeného feminizmu.</w:t>
      </w:r>
    </w:p>
    <w:p/>
    <w:p>
      <w:pPr>
        <w:jc w:val="center"/>
      </w:pPr>
      <w:r>
        <w:t>Vygenerované: 06.03.2026 01:02:12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