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Ultra-spracované potraviny vo výskume a politike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Správa parlamentného výboru Spojeného kráľovstva zverejnená v októbri 2024 tvrdí, že potravinový systém je narušený a prispieva k epidémiám chorôb súvisiacich so stravou. Výbor dospel k záveru, že rámec Nova chýba dostatočná presnosť na charakterizáciu alebo reguláciu jednotlivých potravín. Táto zásadná obava bola obídená v sérii Lancet o ultraspracovaných potravinách a ľudskom zdraví. Správa vyjadruje spoločný názor medzi odborníkmi na verejné zdravie.</w:t>
      </w:r>
    </w:p>
    <w:p/>
    <w:p>
      <w:pPr>
        <w:jc w:val="center"/>
      </w:pPr>
      <w:r>
        <w:t>Vygenerované: 06.03.2026 01:03:17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