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Ultra-spracované potraviny vo výskume a politike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Séria Lancet o ultraspracovaných potravinách a ľudskom zdraví vyvoláva dôležité otázky týkajúce sa stravovania a chorôb. Autori zdieľajú túžbu zlepšiť verejné zdravie. Ich názory sa však rozchádzajú v mieste, kde vedecký výskum ustupuje platforme kampane. Táto kampaň sa snaží okamžite zastaviť kritiku. Zároveň odmieta zdroje odborných znalostí.[1]</w:t>
      </w:r>
    </w:p>
    <w:p/>
    <w:p>
      <w:pPr>
        <w:jc w:val="center"/>
      </w:pPr>
      <w:r>
        <w:t>Vygenerované: 06.03.2026 01:03:25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