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Ultra-spracované potraviny vo výskume a politike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Carlos Monteiro a jeho kolegovia predložili rozsiahly prehľad, v ktorom tvrdia, že ultraspracované potraviny (UPF) postupne nahrádzajú tradičné stravovacie návyky a zvyšujú riziko chronických ochorení.[1] Systém NOVA, ktorý Monteiro vytvoril v roku 2009, delí potraviny do štyroch kategórií podľa stupňa spracovania, pričom štvrtá skupina zahŕňa ultraspracované potraviny vyrábané z chemicky upravených lacných surovín so syntetickými prísadami.[4] Výskum zistil, že na každé desiate percento zvýšenia príjmu kalórií z ultraspracovaných potravín sa riziko predčasného úmrtia zvýšilo takmer o tri percentá u osôb vo veku od 30 do 69 rokov.[3] Meta-analýzy spájajú vyššiu konzumáciu ultraspracovaných potravín s nárastom úzkosti (až o 53 %), obezity (o 55 %), porúch spánku (o 41 %) a cukrovky 2. typu (o 40 %).[6] Ultraspracované potraviny sú navrhnuté tak, aby poskytli „moment blaženosti", ktorý bráni ľuďom regulovať množstvo konzumovanej potravy, a zároveň menej zasýtia v porovnaní s minimálne spracovanými potravinami.[2] Hlavnou metodologickou výzvou tejto oblasti je samotné hodnotenie príjmu ultraspracovaných potravín, keďže väčšina dôkazov proti nim sa opiera o údaje z pozorovania.</w:t>
      </w:r>
    </w:p>
    <w:p/>
    <w:p>
      <w:pPr>
        <w:jc w:val="center"/>
      </w:pPr>
      <w:r>
        <w:t>Vygenerované: 06.03.2026 01:03:35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