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Ultra-spracované potraviny vo výskume a politike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Medzinárodná asociácia ovocných a zeleninových štiav vyjadrila nezhodu s klasifikáciou rekonštituovaných ovocných štiav ako ultraspracovaných potravín (UPF) v článku série Lancet od Carlosa Monteira a jeho kolegov o ultraspracovaných potravinách a ľudskom zdraví[1]. Asociácia požiadala autorov o prehodnotenie tejto klasifikácie uvedenej v paneli 1 prehľadu spomínaného článku. Korespondencia bola zaslaná ako reakcia na vedecké zistenia týkajúce sa spojenia medzi ultraspracovanými potravinami a poškodzovaním hlavných orgánových systémov v ľudskom tele[1]. Článok sa týka rozporu medzi vedeckou klasifikáciou potravín podľa systému NOVA a pozíciou priemyslu, ktorý vyrába ovocné šťavy[6]. Rekonštituované ovocné šťavy sú potraviny vyrobené z koncentrátu alebo sušeného ovocia rozpustené vo vode, čo ich zaraďuje do kategórie spracovaných produktov[2]. Táto korespondencia predstavuje príklad diskusie medzi vedcami a priemyslom o tom, ako správne klasifikovať potraviny na základe stupňa ich spracovania a zdravotného vplyvu.</w:t>
      </w:r>
    </w:p>
    <w:p/>
    <w:p>
      <w:pPr>
        <w:jc w:val="center"/>
      </w:pPr>
      <w:r>
        <w:t>Vygenerované: 06.03.2026 01:03:45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