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Ultra-spracované potraviny vo výskume a politike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Autori korespondencie s veľkým záujmom prečítali druhý článok zo série Lancet o ultraspracovaných potravinách (UPF) od Gyorgyho Scrinisa a kolegov. Tento článok komplexne identifikuje potrebu silných trhových a regulačných zásahov. Autori oprávnene vyzývajú na rozsiahle opatrenia v potravinovom systéme proti priemyselnej logike, ktorá dominuje globálnej strave. Ich analýzu dopĺňajú zdôraznením nedávneho štrukturálneho prelomu v Brazílii. Tento prelom ponúka plán na preloženie odporúčaní do záväzných nariadení.</w:t>
      </w:r>
    </w:p>
    <w:p/>
    <w:p>
      <w:pPr>
        <w:jc w:val="center"/>
      </w:pPr>
      <w:r>
        <w:t>Vygenerované: 06.03.2026 01:03:52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