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[Department of Error] Department of Error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Toto je opravný dokument k komentáru „Beyond integrase: vzostup doravirínu a islatraviru v manažmente HIV“ autorov Estrada V a Cabello-Clotet N, publikovaného v časopise Lancet 2026; 407: 551–53. V šiestom odseku komentára bola aktualizovaná druhá veta. Nové znenie znie: „Obe štúdie vylúčili účastníkov s predchádzajúcim virologickým zlyhaním, zdokumentovanou rezistenciou na NNRTI spojenú s rezistenciou na doravirín alebo aktívnou infekciou vírusom hepatitídy B.“ Táto oprava bola vykonaná v online verzii 5. marca 2026. Dokument neobsahuje ďalšie detaily o pôvodnom komentári ani o štúdiách.</w:t>
      </w:r>
    </w:p>
    <w:p/>
    <w:p>
      <w:pPr>
        <w:jc w:val="center"/>
      </w:pPr>
      <w:r>
        <w:t>Vygenerované: 06.03.2026 01:04:15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