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[Články] Účinok baxdrostatu na ambulantný krvný tlak u pacientov s rezistentnou hypertenziou (Bax24): randomizovaná, dvojito zaslepená, placebom kontrolovaná štúdia fázy 3</w:t>
      </w:r>
    </w:p>
    <w:p>
      <w:r>
        <w:t>Zdroj: The Lancet</w:t>
      </w:r>
    </w:p>
    <w:p>
      <w:r>
        <w:t>Publikované: 2026-03-07</w:t>
      </w:r>
    </w:p>
    <w:p/>
    <w:p>
      <w:pPr>
        <w:pStyle w:val="Heading1"/>
      </w:pPr>
      <w:r>
        <w:t>Súhrn</w:t>
      </w:r>
    </w:p>
    <w:p>
      <w:r>
        <w:t>Štúdia Bax24 bola randomizovaná, dvojito zaslepená, placebom kontrolovaná štúdia fázy 3, ktorá zahŕňala 218 pacientov s rezistentnou hypertenziou, definovanou ako vysoký krvný tlak napriek užívaniu najmenej troch antihypertenzív, vrátane diuretika.[1][2][3] Pacienti boli náhodne priradení na baxdrostat 2 mg raz denne alebo placebo po dobu 12 týždňov navyše k štandardnej liečbe.[1][2][3] Primárnym cieľovým parametrom bola zmena 24-hodinového priemerného ambulantného systolického krvného tlaku (SBP) od začiatku do 12. týždňa.[2][3] Baxdrostat znížil tento parameter o 14 mmHg viac oproti placebu.[2] Väčší podiel pacientov na baxdrostáte dosiahol cieľový 24-hodinový SBP pod 130 mmHg (70,6 % oproti 16,7 % v placebovej skupine).[2] Účinok bol konzistentný počas celého dňa, vrátane ranného nárastu tlaku.[3] Liek bol vo všeobecnosti dobre tolerovaný s bezpečnostným profilom podobným ako v štúdii BaxHTN.[1][2]</w:t>
      </w:r>
    </w:p>
    <w:p/>
    <w:p>
      <w:pPr>
        <w:jc w:val="center"/>
      </w:pPr>
      <w:r>
        <w:t>Vygenerované: 06.03.2026 01:04:56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