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zistila, že používanie telefónu na toalete môže spôsobiť bolestivý zdravotný stav</w:t>
      </w:r>
    </w:p>
    <w:p>
      <w:r>
        <w:t>Zdroj: ScienceDaily Health</w:t>
      </w:r>
    </w:p>
    <w:p>
      <w:r>
        <w:t>Publikované: Sat, 07 Mar 2026 21:53:04 EST</w:t>
      </w:r>
    </w:p>
    <w:p/>
    <w:p>
      <w:pPr>
        <w:pStyle w:val="Heading1"/>
      </w:pPr>
      <w:r>
        <w:t>Súhrn</w:t>
      </w:r>
    </w:p>
    <w:p>
      <w:r>
        <w:t>Nová štúdia vedená Beth Israel Deaconess Medical Center v Bostone zistila, že používanie smartfónu na toalete je spojené s 46 % vyšším rizikom hemoroidov.[1][2][3] Výskum zahŕňal 125 dospelých pacientov, ktorí podstúpili kolonoskopiu, a vyplnili dotazník o toaletných návykoch.[3][4] Kolonoskopia potvrdila hemoroidy u 43 % účastníkov.[1][2] Používatelia smartfónov strávili na toalete dlhšie, pričom 37 % z nich sedelo viac ako 5 minút, oproti 7 % nepoužívateľov.[3][4] Štúdia publikovaná v časopise PLOS One ukázala, že riziko zvyšuje najmä dlhé sedenie bez opory panvy.[1][4] Hlavná autorka Trisha Pasricha uviedla, že po úprave o faktory ako vek, pohlavie, BMI, príjem vlákniny a pohyb zostal súvis s 46 % vyšším rizikom.[1][2]</w:t>
      </w:r>
    </w:p>
    <w:p/>
    <w:p>
      <w:pPr>
        <w:jc w:val="center"/>
      </w:pPr>
      <w:r>
        <w:t>Vygenerované: 08.03.2026 05:00:46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