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4000-ročná ovca odhaľuje tajomstvo dávneho moru</w:t>
      </w:r>
    </w:p>
    <w:p>
      <w:r>
        <w:t>Zdroj: ScienceDaily Health</w:t>
      </w:r>
    </w:p>
    <w:p>
      <w:r>
        <w:t>Publikované: Sat, 07 Mar 2026 03:41:28 EST</w:t>
      </w:r>
    </w:p>
    <w:p/>
    <w:p>
      <w:pPr>
        <w:pStyle w:val="Heading1"/>
      </w:pPr>
      <w:r>
        <w:t>Súhrn</w:t>
      </w:r>
    </w:p>
    <w:p>
      <w:r>
        <w:t>Vedci objavili baktériu Yersinia pestis v DNA 4000-ročnej domestikovanej ovce z doby bronzovej, nachádzajúcej sa v osade Arkaim v južných Uraloch v Rusku.[1][2] Ide o prvý prípad tohto patogénu v neľudskom hostiteľovi z tejto doby.[1][2] Ovca patrila kultúre Sintashta, známej raným jazdectvom na koňoch a chovom dobytka, oviec a koní.[1][2] Tento kmeň Y. pestis patril k linii LNBA, ktorá sa šírila po Eurázii počas neskornej neolitu a doby bronzovej, približne pred 5000 až 2000 rokmi.[2] Genetická analýza ukázala takmer identické kmene v ľuďoch a ovci, čo naznačuje prenos z neznámeho divokého rezervoáru.[2] Domáce zvieratá ako ovce pravdepodobne zvyšovali expozíciu ľudí voči patogénu pri pásení na veľkých pastvinách.[2] Štúdia vyšla v časopise Cell a analyzovala kosti a zuby bronzového dobytka z lokality Arkaim.[1][2]</w:t>
      </w:r>
    </w:p>
    <w:p/>
    <w:p>
      <w:pPr>
        <w:jc w:val="center"/>
      </w:pPr>
      <w:r>
        <w:t>Vygenerované: 07.03.2026 13:00:49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