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Duálna imunoterapia a perfúzia pečene oneskorujú progresiu uveálneho melanómu</w:t>
      </w:r>
    </w:p>
    <w:p>
      <w:r>
        <w:t>Zdroj: MedPage Today</w:t>
      </w:r>
    </w:p>
    <w:p>
      <w:r>
        <w:t>Publikované: Sat, 07 Mar 2026 10:00:00 -0500</w:t>
      </w:r>
    </w:p>
    <w:p/>
    <w:p>
      <w:pPr>
        <w:pStyle w:val="Heading1"/>
      </w:pPr>
      <w:r>
        <w:t>Súhrn</w:t>
      </w:r>
    </w:p>
    <w:p>
      <w:r>
        <w:t>Pridanie duálnej imunoterapie ipilimumabom (Yervoy) a nivolumabom (Opdivo) k perkutánnej perfúzii pečene významne znížilo riziko progresie ochorenia alebo smrti u pacientov s metastatickým uveálnym melanómom. Táto kombinovaná liečba oneskoruje progresiu jedinej formy melanómu, ktorá sa typicky šíri do pečene. Štúdia preukázala, že pridanie dvojitých inhibítorov kontrolných bodov k perfúzii pečene prináša tento benefit. Uveálny melanóm je špecifický typ, pri ktorom je pečeň častým miestom metastáz. Liečba zahŕňa perkutánnu perfúziu pečene spolu s imunoterapiou. Tieto zistenia potvrdzujú účinnosť kombinovaného prístupu v oneskorení postupu ochorenia.</w:t>
      </w:r>
    </w:p>
    <w:p/>
    <w:p>
      <w:pPr>
        <w:jc w:val="center"/>
      </w:pPr>
      <w:r>
        <w:t>Vygenerované: 07.03.2026 17:00:33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