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Som pohotovostný lekár, ktorý umýva podlahy a spúšťa infúzie počas štrajkov</w:t>
      </w:r>
    </w:p>
    <w:p>
      <w:r>
        <w:t>Zdroj: MedPage Today</w:t>
      </w:r>
    </w:p>
    <w:p>
      <w:r>
        <w:t>Publikované: Sat, 07 Mar 2026 12:00:00 -0500</w:t>
      </w:r>
    </w:p>
    <w:p/>
    <w:p>
      <w:pPr>
        <w:pStyle w:val="Heading1"/>
      </w:pPr>
      <w:r>
        <w:t>Súhrn</w:t>
      </w:r>
    </w:p>
    <w:p>
      <w:r>
        <w:t>Autorka článku je pohotovostná lekárka, ktorá počas štrajkov v nemocniciach umýva podlahy a spúšťa infúzie. Medzi jej rodinné pamiatky patrí ošúchaný novinový výstrižok o prvom zatknutí jej starého otca za účasť v odborovej činnosti. Edward Houchins nastúpil do General Electric ako robotník v továrni v roku 1924. Počas hospodárskej krízy sa zapojil do odborárskych aktivít. Článok publikoval MedPage Today.</w:t>
      </w:r>
    </w:p>
    <w:p/>
    <w:p>
      <w:pPr>
        <w:jc w:val="center"/>
      </w:pPr>
      <w:r>
        <w:t>Vygenerované: 07.03.2026 19:00:41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