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Skenovanie mozgu odhaľuje, ako ketamín rýchlo odstraňuje ťažkú ​​depresiu</w:t>
      </w:r>
    </w:p>
    <w:p>
      <w:r>
        <w:t>Zdroj: ScienceDaily Health</w:t>
      </w:r>
    </w:p>
    <w:p>
      <w:r>
        <w:t>Publikované: Sun, 08 Mar 2026 19:40:58 EDT</w:t>
      </w:r>
    </w:p>
    <w:p/>
    <w:p>
      <w:pPr>
        <w:pStyle w:val="Heading1"/>
      </w:pPr>
      <w:r>
        <w:t>Súhrn</w:t>
      </w:r>
    </w:p>
    <w:p>
      <w:r>
        <w:t>Nová štúdia zobrazovania mozgu odhalila, ako ketamín produkuje rýchle antidepresívne účinky u ľudí s depresiou rezistentnou na liečbu. Výskumníci sledovali zmeny v kritickom mozgovom receptore, ktorý pomáha neurónom komunikovať. Zistili, že ketamín pretvára jeho aktivitu v špecifických oblastiach mozgu spojených s náladou a odmenou. Tieto zmeny silne zodpovedajú zlepšeniu symptómov u pacientov. Zistenia môžu pomôcť vyvinúť lepšie spôsoby predpovedania, kto bude mať prospech z ketamínovej terapie.[1]</w:t>
      </w:r>
    </w:p>
    <w:p/>
    <w:p>
      <w:pPr>
        <w:jc w:val="center"/>
      </w:pPr>
      <w:r>
        <w:t>Vygenerované: 09.03.2026 03:00:40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