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Yale zistila, že stres rodičov môže pokojne viesť k detskej obezite</w:t>
      </w:r>
    </w:p>
    <w:p>
      <w:r>
        <w:t>Zdroj: ScienceDaily Health</w:t>
      </w:r>
    </w:p>
    <w:p>
      <w:r>
        <w:t>Publikované: Sun, 08 Mar 2026 20:28:48 EDT</w:t>
      </w:r>
    </w:p>
    <w:p/>
    <w:p>
      <w:pPr>
        <w:pStyle w:val="Heading1"/>
      </w:pPr>
      <w:r>
        <w:t>Súhrn</w:t>
      </w:r>
    </w:p>
    <w:p>
      <w:r>
        <w:t>Štúdia Yale zistila, že stres rodičov môže pokojne viesť k detskej obezite. Zníženie stresu rodičov pomáha chrániť malé deti pred obezitou. Rodičia, ktorí precvičili všímavosť a zručnosti v zvládaní stresu, dosiahli u svojich detí zdravšie stravovacie návyky. Tieto deti sa vyhýbali prírastku hmotnosti. Naopak, rodiny, ktoré sa zameriavali iba na stravu a cvičenie, takýto efekt nepozorovali. Štúdia tak potvrdzuje pozitívny vplyv zvládania rodičovského stresu na váhu detí.</w:t>
      </w:r>
    </w:p>
    <w:p/>
    <w:p>
      <w:pPr>
        <w:jc w:val="center"/>
      </w:pPr>
      <w:r>
        <w:t>Vygenerované: 09.03.2026 03:00:49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