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Peelingy nikdy nemali byť o vás</w:t>
      </w:r>
    </w:p>
    <w:p>
      <w:r>
        <w:t>Zdroj: MedPage Today</w:t>
      </w:r>
    </w:p>
    <w:p>
      <w:r>
        <w:t>Publikované: Sun, 08 Mar 2026 12:00:00 -0400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"Scrubs Were Never Meant to Be About You" z MedPage Today. Dostupné výsledky obsahujú len časti iného článku o hygiene zdravotníckych uniformy a skrúb, ktorý sa zaoberá baktériami na oblečení zdravotníckych pracovníkov, nie obsahom článku, ktorý ste požiadali zhrnúť. Aby som mohol vytvoriť presný a faktický súhrn podľa vašich požiadaviek, potreboval by som úplný text konkrétneho článku z MedPage Today.</w:t>
      </w:r>
    </w:p>
    <w:p/>
    <w:p>
      <w:pPr>
        <w:jc w:val="center"/>
      </w:pPr>
      <w:r>
        <w:t>Vygenerované: 08.03.2026 18:00:34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