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Vedci objavili skryté mozgové bunky, ktoré môžu zastaviť nahromadenie Alzheimerovej choroby tau</w:t>
      </w:r>
    </w:p>
    <w:p>
      <w:r>
        <w:t>Zdroj: ScienceDaily Health</w:t>
      </w:r>
    </w:p>
    <w:p>
      <w:r>
        <w:t>Publikované: Sun, 08 Mar 2026 06:14:34 EDT</w:t>
      </w:r>
    </w:p>
    <w:p/>
    <w:p>
      <w:pPr>
        <w:pStyle w:val="Heading1"/>
      </w:pPr>
      <w:r>
        <w:t>Súhrn</w:t>
      </w:r>
    </w:p>
    <w:p>
      <w:r>
        <w:t>Vedci objavili novú úlohu málo známych mozgových buniek nazývaných tanycyty, ktoré môžu ovplyvniť rozvoj Alzheimerovej choroby. Tieto špecializované bunky pomáhajú odstraňovať toxický tau proteín z mozgu tým, že ho transportujú z cerebrospinálnej tekutiny do krvného obehu. Keď sa tanycyty poškodia alebo znefunkčnia, tau proteín sa hromadzí v mozgu. Nahromadenie tau je charakteristickým znakom Alzheimerovej choroby. Tanycyty tak zohrávajú dôležitú rolu v prevencii tohto hromadenia.</w:t>
      </w:r>
    </w:p>
    <w:p/>
    <w:p>
      <w:pPr>
        <w:jc w:val="center"/>
      </w:pPr>
      <w:r>
        <w:t>Vygenerované: 08.03.2026 22:00:58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