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„Toto nie je o premene lekárov na dietológov“: Čo sme počuli tento týždeň</w:t>
      </w:r>
    </w:p>
    <w:p>
      <w:r>
        <w:t>Zdroj: MedPage Today</w:t>
      </w:r>
    </w:p>
    <w:p>
      <w:r>
        <w:t>Publikované: Sun, 08 Mar 2026 16:00:00 -0400</w:t>
      </w:r>
    </w:p>
    <w:p/>
    <w:p>
      <w:pPr>
        <w:pStyle w:val="Heading1"/>
      </w:pPr>
      <w:r>
        <w:t>Súhrn</w:t>
      </w:r>
    </w:p>
    <w:p>
      <w:r>
        <w:t>Americká lekárska asociácia podporuje federálne úsilie na zvýšenie vzdelávania o výžive na medicínskych školách, pričom jej prezident Bobby Mukkamala zdôrazňuje, že nejde o premenu lekárov na dietológov[5]. Väčšina študentov medicíny v USA dostáva menej ako 20 hodín vzdelávania o výžive a lekári v rezidentúrach a špecializáciách nemusia preukázať žiadne špecifické kompetencie v oblasti výživy[2]. Zlá kvalita stravy je vedúcou príčinou smrti v Spojených štátoch, no väčšina lekárov nie je vybavená vzdelaním potrebným na poskytovanie rád o výžive svojim pacientom[2]. Bipartizná skupina 14 kongresmanov poslala list Akreditačnej rade pre postgraduálne medicínske vzdelávanie s požiadavkou na lepšiu integráciu výživového vzdelávania do medicínskeho vzdelávania v USA[5]. Odborníci tvrdia, že lekári potrebujú základné vedomosti o výžive, stratégie spolupráce s dietológmi a schopnosť poskytnúť praktické rady o strave vhodné pre ich pacientov[6]. Nedávne iniciatívy "Food is Medicine" naprieč krajinou čoraz viac spájajú pacientov so zdravými potravinami a vzdelávaním o výžive ako súčasť medicínskej starostlivosti[6].</w:t>
      </w:r>
    </w:p>
    <w:p/>
    <w:p>
      <w:pPr>
        <w:jc w:val="center"/>
      </w:pPr>
      <w:r>
        <w:t>Vygenerované: 08.03.2026 22:01:24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