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Liek na rakovinu stiahnutý z trhu kvôli obavám o bezpečnosť</w:t>
      </w:r>
    </w:p>
    <w:p>
      <w:r>
        <w:t>Zdroj: MedPage Today</w:t>
      </w:r>
    </w:p>
    <w:p>
      <w:r>
        <w:t>Publikované: Mon, 09 Mar 2026 17:30:49 -0400</w:t>
      </w:r>
    </w:p>
    <w:p/>
    <w:p>
      <w:pPr>
        <w:pStyle w:val="Heading1"/>
      </w:pPr>
      <w:r>
        <w:t>Súhrn</w:t>
      </w:r>
    </w:p>
    <w:p>
      <w:r>
        <w:t>Spoločnosť Ipsen dobrovoľne sťahuje liek proti rakovine tazemetostat (Tazverik) z trhu v USA a na všetkých ostatných trhoch kvôli obavám o bezpečnosť[1]. Dôvodom sú nové údaje z prebiehajúcej klinickej štúdie, ktoré odhalili riziká sekundárnych krvných rakovín a nepriaznivý bezpečnostný profil v porovnaní s predchádzajúcimi pozorovaniami[1]. Tazverik je inhibítor EZH2, schválený pre folikulárny lymfóm a epiteliálny sarkóm[1][6]. Ipsen ukončuje všetky aktívne klinické skúšky a programy rozšíreného prístupu k lieku naprieč všetkými indikáciami[1]. Spoločnosť spolupracuje s FDA na formálnom procese stiahnutia v USA[1]. Prioritou je bezpečnosť pacientov, ako uviedla výkonná viceprezidentka pre výskum a vývoj Christelle Huguet[1].</w:t>
      </w:r>
    </w:p>
    <w:p/>
    <w:p>
      <w:pPr>
        <w:jc w:val="center"/>
      </w:pPr>
      <w:r>
        <w:t>Vygenerované: 10.03.2026 00:00:54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