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Aplikačná hodnota predoperačnej magnetickej rezonančnej cholangiopankreatikografie pri predpovedaní úspešnosti odstraňovania kameňov endoskopickou retrográdnou cholangiopankreatikografiou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Štúdia skúmala hodnotu predoperačnej magnetickej rezonančnej cholangiopankreatografie (MRCP) pri predpovedaní úspešnosti odstránenia bežných žlčových kameňov (CBDS) endoskopickou retrográdnou cholangiopankreatografiou (ERCP). Zahrnula 432 pacientov, z toho 175 mužov a 257 žien. U 395 pacientov (úspešnosť 91,44 %) sa kamene úspešne odstránili. Medzi úspešnou a neúspešnou skupinou boli významné rozdiely v priemere kameňa (p &lt; 0,001), najširšom priemere spoločného žlčového vývodu (CBD, p &lt; 0,001) a pomere najširší priemer CBD/priemer kameňa (p &lt; 0,001), ale nie v počte pacientov s jedným kameňom (p = 0,174). Binárna logistická regresia ukázala, že priemer kameňa &gt; 15 mm je nezávislým rizikovým faktorom neúspechu ERCP (OR = 11,229, 95 % CI: 1,576–80,033, p = 0,016). Analýza ROC krivky pre túto hranicu dosiahla AUC 0,94, senzitivitu 100 % a špecificitu 75 %. Predoperačná MRCP tak významne pomáha hodnotiť úspešnosť ERCP u pacientov s CBDS.</w:t>
      </w:r>
    </w:p>
    <w:p/>
    <w:p>
      <w:pPr>
        <w:jc w:val="center"/>
      </w:pPr>
      <w:r>
        <w:t>Vygenerované: 09.03.2026 07:00:45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