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predoperačného podávania antikoagulancií na pooperačnú koagulačnú funkciu a stratu krvi po zadnej lumbálnej medzitelovej fúzii: štúdia prípadov a kontroly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analyzovala údaje 61 pacientov podstupujúcich zadnú lumbálnu medzitelovú fúziu (PLIF) od októbra 2021 do marca 2023, kde pozorovacia skupina (n=29) užívala pred operáciou antikoagulanciá (LMWH n=11, indobufén n=18) a kontrolná skupina (n=32) nie. Všetky operácie boli úspešné s reznými ranami hojenými v stupni A a bez hlbokej žilovej trombózy dolných končatín. Neboli významné rozdiely medzi skupinami v chirurgickom čase, intraoperačnej strate krvi, pooperačnom drenážnom objeme, počte krvných transfúzií, dĺžke hospitalizácie, pooperačných hodnotách TT, FIB, APTT, PLT, HB, RBC a HCT na 1., 4., 7. a posledný testovaný deň (p &gt; 0,05). Významný rozdiel bol len v pooperačnom protrombínovom čase PT (p &lt; 0,05), bez rozdielov medzi podskupinami LMWH a indobufén. Multivariačná regresná analýza ukázala, že chirurgický segment je nezávislým faktorom intraoperačnej straty krvi (p &lt; 0,05). Predoperačné antikoagulanciá nemajú významný vplyv na pooperačné TT, FIB, APTT a PLT (okrem PT) ani na stratu krvi.</w:t>
      </w:r>
    </w:p>
    <w:p/>
    <w:p>
      <w:pPr>
        <w:jc w:val="center"/>
      </w:pPr>
      <w:r>
        <w:t>Vygenerované: 09.03.2026 07:00:58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