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Analýza efektu predvyšetrovacieho a triediaceho systému u pacientov s horúčkou v horúčkovej ambulancii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analyzovala vplyv systému predbežného vyšetrenia a triedenia pacientov s horúčkou v ambulancii. Výskum zahŕňal dve skupiny po 120 pacientov – kontrolnú skupinu z apríla až mája 2023 a študijnú skupinu z rovnakého obdobia v roku 2024, ktorá používala nový systém triedenia. Priemerný čas triedenia sa skrátil z 15,66 ± 4,62 minút v kontrolnej skupine na 10,25 ± 4,58 minút v študijnej skupine. Čakacia doba pacientov sa znížila zo 46,05 ± 9,79 minút na 30,49 ± 9,07 minút. Systém predbežného vyšetrenia a triedenia výrazne zlepšil spokojnosť pacientov aj zdravotníckeho personálu s liečbou a pracovnými skúsenosťami. Výsledky naznačujú, že implementácia tohto systému má praktickú hodnotu a účinne zvyšuje efektivitu zdravotnej starostlivosti v ambulancii pre pacientov s horúčkou.</w:t>
      </w:r>
    </w:p>
    <w:p/>
    <w:p>
      <w:pPr>
        <w:jc w:val="center"/>
      </w:pPr>
      <w:r>
        <w:t>Vygenerované: 09.03.2026 07:02:21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