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Hemilingválny edém ako varovný signál pre disekciu internej krčnej tepny – kazuistika a prehľad literatúry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Vnútorná disekcia krčnej tepny (ICAD) je zriedkavá, ale závažná príčina mozgovej príhody u mladých ľudí, ktorá sa môže prejavovať atypickými príznakmi, ktoré oneskorujú jej rozpoznanie. Článok opisuje prípad 23-ročného muža s jednostranným opuchom jazyka, bolesťou затylka a pulzujúcim tinitusom, ktoré boli prvými príznakmi disekcie ľavej vnútornej krčnej tepny. Magnetická rezonancia odhalila subintimálny hematóm v krčnej tepne, ktorý spôsobil až 80% zúženie a malú ischemickú léziu v mozgu. Pacient bol liečený protidoštičkovou liečbou, čo viedlo k zlepšeniu príznakov v priebehu niekoľkých dní. Následné vyšetrenie po troch mesiacoch potvrdilo úplné zahojenie tepien a minimálny zvyškový opuch jazyka. Článok zdôrazňuje, že asymetrický opuch jazyka, najmä ak je sprevádzaný bolesťou hlavy alebo poruchami nervov v hlave, môže byť skorým varovným znakom disekcie krčnej tepny. Včasná identifikácia a vhodné zobrazovanie sú rozhodujúce na zabezpečenie včasnej diagnózy a zníženie rizika mozgovej príhody.</w:t>
      </w:r>
    </w:p>
    <w:p/>
    <w:p>
      <w:pPr>
        <w:jc w:val="center"/>
      </w:pPr>
      <w:r>
        <w:t>Vygenerované: 09.03.2026 07:02:32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