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Exploring the role of stem cells in bone health and regeneration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Editoriál sa zaoberá úlohou kmeňových buniek pri zdraví kostí a ich regenerácii, najmä pri veľkých kostných defektoch v nosných oblastiach. Takéto stavy vyžadujú podporu na obnovenie kostnej štruktúry a funkcie, kde sa ukazujú sľubné tkanivové inžinierstvo a terapie založené na kmeňových bunkách. Dentálne pulové kmeňové bunky (DPSCs) získavajú pozornosť pre ich ľahkú dostupnosť, minimálne riziká pri odbere a schopnosť osteogennej diferenciácie vrátane sekrécie extracelulárnych vezikúl. Kompozitné materiály spájajú bioaktivitu keramík s pružnosťou polymérov, čím optimalizujú pevnosť, degradáciu a osteointegráciu. Prehľad 14 klinických štúdií s 138 pacientmi ukázal významný efekt mesenchymálnych kmeňových buniek (MSCs) v lešení na regeneráciu kostí, zlepšenie hustoty, hojenie mäkkých tkanív a integráciu implantátov s nízkym počtom miernych nežiaducich udalostí. Bibliometrická analýza zahŕňala 8 070 článkov z rokov 2013–2023 o výskume MSC v regenerácii kostí. U starších pacientov sú kritické defekty spojené so zníženou dostupnosťou MSCs a oslabenou remodeláciou kostí.[1]</w:t>
      </w:r>
    </w:p>
    <w:p/>
    <w:p>
      <w:pPr>
        <w:jc w:val="center"/>
      </w:pPr>
      <w:r>
        <w:t>Vygenerované: 09.03.2026 07:02:46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