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Súčasná prítomnosť Sarcoptes scabiei a hubových elementov v škrabancoch od pacienta s bulóznym pemfigoidom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Glukokortikoidy pôsobia potlačením aktivity imunitných buniek, čím zvyšujú riziko infekcie. Toto riziko pretrváva aj pri denných dávkach nižších ako 5 mg ekvivalentu prednizónu. Článok popisuje prvý zdokumentovaný prípad pacienta s bulóznym pemfigoidom. Po glukokortikoidovej liečbe sa u pacienta vyvinula súbežná chrastavitá svrab spôsobená Sarcoptes scabiei a infekcia Candida albicans. Prítomnosť roztoča Sarcoptes scabiei a hubových prvkov sa potvrdila v škrabancoch z kože. Tieto infekcie vznikli v dôsledku oslabenej imunity po liečbe.</w:t>
      </w:r>
    </w:p>
    <w:p/>
    <w:p>
      <w:pPr>
        <w:jc w:val="center"/>
      </w:pPr>
      <w:r>
        <w:t>Vygenerované: 09.03.2026 07:03:08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