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hodnota počítačovej tomografie a zobrazovania magnetickou rezonanciou pri hodnotení benígnej a malígnej povahy kompresných zlomenín stavcov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skúmala diagnostickú účinnosť kombinácie CT a MRI pri rozlišovaní benígnych a malígnych kompresných zlomenín stavcov. Do výskumu bolo od januára 2020 do januára 2025 zaradených 150 pacientov, rozdelených podľa patologického nálezu na benígnu skupinu (76 prípadov) a malígnu skupinu (74 prípadov). Všetci pacienti podstúpili MRI a CT vyšetrenia. Medzi skupinami boli významné rozdiely v MRI znakoch, ako stupeň kompresie tela stavca, rozsah a umiestnenie lézií, pokompresná tebrológia, morfológia mäkkého tkaniva a tela stavca, signálne zmeny žíl tela stavca (P &lt; 0,05). Hodnota zdanlivého difúzneho koeficientu (ADC) bola v benígnej skupine vyššia ako v malígnej (P &lt; 0,01). Kombinovaná diagnostika CT a MRI dosiahla vyššiu presnosť, senzitivitu a špecificitu oproti jednotlivým metódam (P &lt; 0,05). Kombinácia MRI a CT tak preukázala vysokú diagnostickú hodnotu pri identifikácii povahy zlomenín.</w:t>
      </w:r>
    </w:p>
    <w:p/>
    <w:p>
      <w:pPr>
        <w:jc w:val="center"/>
      </w:pPr>
      <w:r>
        <w:t>Vygenerované: 09.03.2026 07:03:18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