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Extracelulárne vezikuly zo vzorca Li-Qi-Yang-Yin zmierňujú LPS-stimulované zápalové poškodenie v ľudských epiteliálnych bunkách hrubého čreva in vitro dodávaním bioaktívnych metabolitov a potlačením osi oxidačný stres – zápal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skúmala extracelulárne vezikuly (EV) z tradičného čínskeho vzorca Li-Qi-Yang-Yin (LQYY) a ich schopnosť chrániť črevné bunky pred zápaľom. Vedci izolovali tieto vezikuly z odvaru vzorca a zistili, že majú priemer približne 201,1 nm a obsahujú 862 rôznych metabolitov, vrátane mastných kyselín, fenylpropanoidov a flavonoidov. V pokusoch na ľudských epiteliálnych bunkách hrubého čreva stimulovaných lipopolysacharidom (LPS) predbežná liečba EV, najmä pri vysokej dávke 50 μg/ml, významne znížila toxicitu a nadprodukciu oxidu dusnatého. Vezikuly tiež potlačili sekréciu prozápalových cytokínov (IL-6, TNF-α), zvýšili protizápalový cytokín IL-10 a inhibovali signálnu dráhu TLR4/NF-κB zodpovednú za zápal. Výsledky naznačujú, že EV zo vzorca LQYY sú prirodzené nanočastice s antioxidačnými a protizápaľovými vlastnosťami, ktoré by mohli mať potenciál pri liečbe gastrointestinálnych porúch. Autori však zdôrazňujú potrebu ďalšieho výskumu na zvieracích modeloch na potvrdenie relevantnosti týchto zistení pre skutočné ochorenia.</w:t>
      </w:r>
    </w:p>
    <w:p/>
    <w:p>
      <w:pPr>
        <w:jc w:val="center"/>
      </w:pPr>
      <w:r>
        <w:t>Vygenerované: 09.03.2026 07:03:30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