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Rizikové faktory a stratégie manažmentu akútnej promyelocytovej leukémie: retrospektívna štúdia v reálnom svete v jednom centre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Retrospektívna štúdia v jednom centre analyzovala 132 pacientov s novodiagnostikovanou akútnou promyelocytovou leukémiou (APL) od júna 2017 do januára 2023. Miera predčasnej smrti (ED) bola 12,88 % (17 pacientov), pričom hlavnou príčinou bolo krvácanie. Multivariačná analýza identifikovala tri nezávislé rizikové faktory pre ED: vysoký počet bielych krviniek (WBC &gt; 201 × 10^9/l), predĺžený protrombínový čas (PT) a pozitivita CD2. Závažná trombocytopénia nebola nezávislým prediktorom, pravdepodobne vďaka agresívnej transfúzii krvných doštičiek. Zvýšené hladiny laktátdehydrogenázy (LDH) boli spojené s horším celkovým prežitím (OS). Všetky relapsy u pacientov s vysokým rizikom zahŕňali centrálny nervový systém (CNS). Štúdia zdôrazňuje potrebu rýchlej diagnózy, rizikovo prispôsobenej liečby a komplexnej starostlivosti vrátane manažmentu koagulopatie a profylaxie CNS u vysokorizikových pacientov.</w:t>
      </w:r>
    </w:p>
    <w:p/>
    <w:p>
      <w:pPr>
        <w:jc w:val="center"/>
      </w:pPr>
      <w:r>
        <w:t>Vygenerované: 09.03.2026 07:03:41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