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Binazálna oklúzia na neinvazívnu liečbu akútnej získanej sprievodnej esotropie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hodnotila účinnosť binazálnej oklúzie (BNO) ako neinvazívnej liečby akútnej získanej sprievodnej esotropie (AACE) u 32 pacientov, ktorí ju podstupovali najmenej 6 mesiacov. BNO významne znížilo očnú odchýlku: stredná odchýlka na blízko klesla z 25,00 PD (IQR 20,00–30,00) na 17,50 PD (IQR 5,50–33,75) (P = 0,002) a na diaľku z 30,00 PD (IQR 21,25–40,00) na 5,25–35,00 PD (P &lt; 0,001). Diplopia vymizla u 50 % pacientov (P &lt; 0,001) a binokulárna funkcia sa zlepšila (P = 0,019). Pacienti boli rozdelení do skupín vyliečených (ortofória), účinných (≥ 10 PD zlepšenie) a neúčinných. Menšie počiatočné odchýlky a kratšie trvanie ochorenia boli spojené s lepšími výsledkami v univariačnej analýze, no neboli nezávislými prediktormi v multivariačnej. BNO je sľubná neinvazívna metóda najmä pri menších odchýlkach a včasnej liečbe, no chýba kontrolná skupina, preto sú potrebné randomizované štúdie.</w:t>
      </w:r>
    </w:p>
    <w:p/>
    <w:p>
      <w:pPr>
        <w:jc w:val="center"/>
      </w:pPr>
      <w:r>
        <w:t>Vygenerované: 09.03.2026 07:03:51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