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Ishakova fibróza štádia 6 má väčšiu pravdepodobnosť regresie ako štádium 5 u pacientov s CHB podstupujúcich liečbu entekavirom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skúmala 705 pacientov s chronickou hepatitídou B, ktorí podstupovali liečbu entekavirom, aby zistila, či sa fibróza v pokročilejšom štádiu (Ishak štádium 6) regreduje s väčšou pravdepodobnosťou ako v štádiu 5. Výsledky ukázali, že miera regresie fibrózy bola 50,21 % v štádiu 6 v porovnaní s 45,58 % v štádiu 5. V multivariabilnej analýze bolo štádium Ishaka 6 spojené s vyššou pravdepodobnosťou regresie fibrózy oproti štádiu 5 (OR: 1,612). Tento nález je prekvapivý, pretože sa tradične predpokladalo, že pacienti s miernejšou východiskovou fibrózou majú väčší potenciál na zlepšenie. Analýza citlivosti potvrdila konzistentnosť výsledkov (OR: 1,835). Štúdia naznačuje, že pacienti v štádiu 6 podľa Ishaka majú podobný alebo dokonca lepší potenciál na regresiu fibrózy ako pacienti v štádiu 5 pri liečbe entekavirom.</w:t>
      </w:r>
    </w:p>
    <w:p/>
    <w:p>
      <w:pPr>
        <w:jc w:val="center"/>
      </w:pPr>
      <w:r>
        <w:t>Vygenerované: 09.03.2026 07:45:44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