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Vytvorenie a overenie klinického predikčného modelu pre perioperačnú pneumóniu u starších pacientov so zlomeninami bedra v kombinácii s predoperačnou mozgovou príhodou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vytvorila a overila klinický predikčný model pre perioperačnú pneumóniu u starších pacientov so zlomeninami bedra a predoperačnou mozgovou príhodou na základe 698 pacientov (244 s pneumóniou, 454 bez), rozdelených do tréningového a validačného súboru v pomere 7:3. Nezávislými rizikovými faktormi boli pľúcna hypertenzia, respiračné zlyhanie, chronická obštrukčná choroba pľúc, typ operácie, vek, hladina albumínu, hemoglobínu a BNP. Nomogramový model dosiahol AUC 0,9203 v tréningovom súbore a 0,7356 vo validačnom súbore, s dobrým súladom kalibračných kriviek a klinickou užitočnosťou v strednom rizikovom rozsahu podľa DCA. Analýza SHAP potvrdila albumín, hemoglobín, vek a BNP ako hlavné prediktívne premenné. Spomedzi 10 modelov strojového učenia mala logistická regresia a LDA najlepší výkon s AUC 0,743, presnosťou 0,712 a 0,708. Všetky modely vykazovali vybavovanie nad 0,680, presnosť 0,650–0,660 a vysoké F1 skóre. Model umožňuje individualizované hodnotenie rizika a včasnú intervenciu.</w:t>
      </w:r>
    </w:p>
    <w:p/>
    <w:p>
      <w:pPr>
        <w:jc w:val="center"/>
      </w:pPr>
      <w:r>
        <w:t>Vygenerované: 09.03.2026 07:46:06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