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Včasný periimplantátový interleukín-1p ako potenciálny prediktor periimplantátových ochorení: 12-mesačná prospektívna štúdia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preskúmala súvislosť medzi hladinami zápalových cytokínov v periimplantátovej krevikulárnej tekutine (PICF) a vznikom periimplantátových ochorení u 111 pacientov (157 implantátov), z ktorých 65,8 % boli muži s priemerným vekom 60,6 ± 7,1 roka. Tri mesiace po operácii zubných implantátov boli stredné hladiny IL-1β, IL-6 a TNF-α v PICF 20,8 (15,0–23,4), 3,7 (2,6–5,0) a 13,7 (11,8–16,0) pg/ml. Po 12 mesiacoch bola incidencia periimplantátovej mukozitídy 14,4 % (16/111 pacientov) a periimplantitídy 6,3 % (7/111 pacientov). V jednorozmerných logistických regresných analýzach boli IL-1β a IL-6 spojené s periimplantátovou mukozitídou aj periimplantitídou (všetky p &lt; 0,05). V multivariačných analýzach zostal významným prediktorom iba IL-1β (oba p &lt; 0,05). Pre IL-1β &gt; 25 pg/ml poskytla analýza ROC krivky oblasti pod krivkou 0,833 (p &lt; 0,0001) pre mukozitídu a 0,804 (p = 0,0094) pre periimplantitídu. Včasná hladina IL-1β v PICF tak môže slúžiť ako potenciálny prediktor periimplantátových ochorení po 12 mesiacoch.</w:t>
      </w:r>
    </w:p>
    <w:p/>
    <w:p>
      <w:pPr>
        <w:jc w:val="center"/>
      </w:pPr>
      <w:r>
        <w:t>Vygenerované: 09.03.2026 07:46:17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