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Materská hyperurikémia a nepriaznivé výsledky matky a plodu: systematický prehľad a metaanalýza pozorovacích štúdií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Tento systematický prehľad a metaanalýza 30 observačných štúdií skúmal súvislosť medzi zvýšenými hladinami sérovej kyseliny močovej (SUA) u matky a nepriaznivými výsledkami tehotenstva. Zvýšené hladiny SUA boli signifikantne spojené s vyššou pravdepodobnosťou predčasného pôrodu (OR = 2,05, 95 % CI: 1,55–2,72, I² = 90,22 %, n = 20), preeklampsie (OR = 3,84, 95 % CI: 2,5–5,89, n = 8), prijmu na novorodeneckú jednotku intenzívnej starostlivosti (OR = 2,20, 95 % CI: 1,63–2,97, I² = 0 %, n = 5), pôrodu cisárskym rezom (OR = 1,44, 95 % CI: 1,16–1,79, I² = 52 %, n = 9) a obmedzením intrauterinného rastu (IUGR; OR = 3,03, 95 % CI: 1,16–7,91, I² = 84,23 %, n = 8). Taktiež súviseli s nízkym Apgar skóre po 1 minúte (OR = 3,63, 95 % CI: 1,47–8,95, I² = 62,75 %, n = 4) a po 5 minútach (OR = 4,66, 95 % CI: 1,84–11,78, n = 4). Naopak, vysoké hladiny SUA boli spojené so zníženou pravdepodobnosťou spontánneho vaginálneho pôrodu (OR = 0,68, 95 % CI: 0,51–0,91, I² = 93,29 %, n = 8) a nevýznamným znížením počtu živonarodených detí (OR = 0,65, 95 % CI: 0,02–24,11, I² = 55,98 %, n = 4). Štúdie vykazovali vysokú heterogenitu a nepodporujú kauzálnu súvislosť ani rutinný skríning na základe SUA.</w:t>
      </w:r>
    </w:p>
    <w:p/>
    <w:p>
      <w:pPr>
        <w:jc w:val="center"/>
      </w:pPr>
      <w:r>
        <w:t>Vygenerované: 09.03.2026 08:00:55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