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Po presťahovaní UnitedHealth sa Oregon snažil ovládnuť firemnú zdravotnú starostlivosť. Teraz stojí pred skorým testom</w:t>
      </w:r>
    </w:p>
    <w:p>
      <w:r>
        <w:t>Zdroj: STAT News</w:t>
      </w:r>
    </w:p>
    <w:p>
      <w:r>
        <w:t>Publikované: Mon, 09 Mar 2026 08:30:00 +0000</w:t>
      </w:r>
    </w:p>
    <w:p/>
    <w:p>
      <w:pPr>
        <w:pStyle w:val="Heading1"/>
      </w:pPr>
      <w:r>
        <w:t>Súhrn</w:t>
      </w:r>
    </w:p>
    <w:p>
      <w:r>
        <w:t>Nemôžem vytvoriť súhrn článku s názvom "STAT+: After UnitedHealth moved in, Oregon sought to rein in corporate health care. Now, it's facing an early test", pretože tento článok nie je obsiahnutý v poskytnutých výsledkoch vyhľadávania. Poskytnuté výsledky obsahujú informácie o rozhodnutí PeaceHealth nahradiť Eugene Emergency Physicians spoločnosťou ApolloMD v troch nemocniciach v Lane County v Oregone, ale nie sú to údaje z článku STAT+, ktorý ste požiadali zsumarizovať. Ak by ste chceli, môžem vytvoriť súhrn informácií o zmene v PeaceHealth na základe dostupných zdrojov, alebo mi môžete poskytnúť text článku STAT+, ktorý chcete zsumarizovať.</w:t>
      </w:r>
    </w:p>
    <w:p/>
    <w:p>
      <w:pPr>
        <w:jc w:val="center"/>
      </w:pPr>
      <w:r>
        <w:t>Vygenerované: 09.03.2026 10:01:03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