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Amerika sa nesmie naučiť žiť so 72 000 úmrtiami na predávkovanie ročne</w:t>
      </w:r>
    </w:p>
    <w:p>
      <w:r>
        <w:t>Zdroj: STAT News</w:t>
      </w:r>
    </w:p>
    <w:p>
      <w:r>
        <w:t>Publikované: Mon, 09 Mar 2026 08:30:00 +0000</w:t>
      </w:r>
    </w:p>
    <w:p/>
    <w:p>
      <w:pPr>
        <w:pStyle w:val="Heading1"/>
      </w:pPr>
      <w:r>
        <w:t>Súhrn</w:t>
      </w:r>
    </w:p>
    <w:p>
      <w:r>
        <w:t>V roku 2024 zomrelo v USA na predávkovanie drogami približne 80 tisíc ľudí, čo predstavuje pokles o 27 percent v porovnaní so 110 tisícami obetí z roku 2023[1]. Napriek tomuto poklesu, ktorý je najväčším medziročným znížením zaznamenaným v ktorejkoľvek krajine počas dlhodobej drogovej krízy, počet úmrtí zostáva vyšší ako pred pandémiou COVID-19[1]. Odborníci uvádzajú niekoľko možných faktorov poklesu, medzi ktoré patria lepšia dostupnosť lieku naloxon, ktorý dokáže zvrátit predávkovanie, rozšírenie liečby závislostí a zmeny v spôsobe užívania drog[1]. Syntetický opioid fentanyl zostáva hlavným faktorom úmrtí z predávkovania – v roku 2022 zapríčinil viac ako 75 tisíc úmrtí, čo predstavuje viac ako dve tretiny všetkých prípadov[2]. Predávkovanie zostáva hlavnou príčinou smrti ľudí vo veku 18 až 44 rokov[1]. Centrum pre kontrolu a prevenciu nemocí (CDC) vyzýva na pokračovanie v protidrogových opatreniach a monitorovaní tejto situácie[1].</w:t>
      </w:r>
    </w:p>
    <w:p/>
    <w:p>
      <w:pPr>
        <w:jc w:val="center"/>
      </w:pPr>
      <w:r>
        <w:t>Vygenerované: 09.03.2026 10:01:27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