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Výskumníci zistili alarmujúci Alzheimerovu chorobu na vidieku v Amerike</w:t>
      </w:r>
    </w:p>
    <w:p>
      <w:r>
        <w:t>Zdroj: ScienceDaily Health</w:t>
      </w:r>
    </w:p>
    <w:p>
      <w:r>
        <w:t>Publikované: Mon, 09 Mar 2026 22:51:54 EDT</w:t>
      </w:r>
    </w:p>
    <w:p/>
    <w:p>
      <w:pPr>
        <w:pStyle w:val="Heading1"/>
      </w:pPr>
      <w:r>
        <w:t>Súhrn</w:t>
      </w:r>
    </w:p>
    <w:p>
      <w:r>
        <w:t>Výskumníci analyzovali údaje viac ako 422 000 pacientov a odhalili výrazný rozdiel v starostlivosti o Alzheimerovu chorobu medzi mestskými a vidieckymi komunitami v Marylande. Vo vidieckych regiónoch často chýbajú nemocnice a špecialisti na demenciu. Starší pacienti sú preto nútení cestovať dlhšie vzdialenosti za diagnostikou a liečbou. Výskumníci identifikovali oblasti s vysokou mierou úmrtnosti na Alzheimerovu chorobu. Prekvapivo tam však zaznamenali nízku mieru diagnostikovania. To naznačuje, že mnohé prípady choroby nemusia byť vôbec identifikované.</w:t>
      </w:r>
    </w:p>
    <w:p/>
    <w:p>
      <w:pPr>
        <w:jc w:val="center"/>
      </w:pPr>
      <w:r>
        <w:t>Vygenerované: 10.03.2026 12:00:39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