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sa mám pripraviť na svedčenie pri vyšetrovaní koronera?</w:t>
      </w:r>
    </w:p>
    <w:p>
      <w:r>
        <w:t>Zdroj: BMJ</w:t>
      </w:r>
    </w:p>
    <w:p>
      <w:r>
        <w:t>Publikované: 2026-03-09T03:11:20-07:00</w:t>
      </w:r>
    </w:p>
    <w:p/>
    <w:p>
      <w:pPr>
        <w:pStyle w:val="Heading1"/>
      </w:pPr>
      <w:r>
        <w:t>Súhrn</w:t>
      </w:r>
    </w:p>
    <w:p>
      <w:r>
        <w:t>Sean Bourke, poradca pre urgentnú medicínu, súdny lekár a učenie sa od smrti, radí, že je normálne cítiť úzkosť pred svedčením pri vyšetrovaní koronera, ale príprava a komunikácia sú kľúčové. Ak má organizácia právny tím, stretnite sa s ním vopred, pretože sú odborníkmi na proces a poznajú zvláštnosti miestnych právnych poradcov. Zúčastnite sa online vzdelávacích organizácií a organizácií obrany, ktoré ponúkajú právnické poradenstvo. Právny tím bude mať prístup k vašim dôkazom, ale dobre poznajte svoj materiál, aby ste sa mohli sústrediť na otázky. Príprava je podobná či už virtuálne alebo tvárou v tvár: oblečte sa elegantne a dorazte včas. Zvážte, či budete prisahať alebo potvrdiť úmysel byť pravdivý, a nadávky si môžu vyžadovať vlastnú svätú knihu. Môže byť prítomná rodina zosnulých.</w:t>
      </w:r>
    </w:p>
    <w:p/>
    <w:p>
      <w:pPr>
        <w:jc w:val="center"/>
      </w:pPr>
      <w:r>
        <w:t>Vygenerované: 09.03.2026 13:00:42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