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nepokoje na FDA s Prasadovým odchodom</w:t>
      </w:r>
    </w:p>
    <w:p>
      <w:r>
        <w:t>Zdroj: STAT News</w:t>
      </w:r>
    </w:p>
    <w:p>
      <w:r>
        <w:t>Publikované: Mon, 09 Mar 2026 13:16:46 +0000</w:t>
      </w:r>
    </w:p>
    <w:p/>
    <w:p>
      <w:pPr>
        <w:pStyle w:val="Heading1"/>
      </w:pPr>
      <w:r>
        <w:t>Súhrn</w:t>
      </w:r>
    </w:p>
    <w:p>
      <w:r>
        <w:t>Vinay Prasad, vedúci americkej Agentúry pre potraviny a lieky (FDA) v oblasti vakcín a génovej terapie, opustí svoju pozíciu na konci apríla 2026[1][2]. Prasad prichádzal na FDA s cieľom zaviesť štyri hlavné reformy vrátane zmeny požiadaviek na klinické skúšky, zavedenia národného systému prioritných kontrol a nového rámca pre ultra zriedkavé choroby[1]. Počas svojho pôsobenia čelil kritike od komunity pacientov s zriedkavými chorobami, najmä kvôli zamietnutiu viacerých liečiv, vrátane génovej terapie na Huntingtonovu chorobu od spoločnosti uniQure[1]. Prasad už v minulosti neočakávane opustil FDA v júli 2025 v dôsledku sporov okolo rozhodnutí týkajúcich sa génovej terapie, ale krátko nato sa vrátil[2]. FDA Commissioner Marty Makary oznámil, že agentúra vyberie Prasadovho nástupcu pred jeho odchodom[1]. Prasad sa vracia na Kalifornsku univerzitu v San Franciscu, kde mal pôvodne ročnú dovolenku[2].</w:t>
      </w:r>
    </w:p>
    <w:p/>
    <w:p>
      <w:pPr>
        <w:jc w:val="center"/>
      </w:pPr>
      <w:r>
        <w:t>Vygenerované: 09.03.2026 15:00:46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