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Signály genotypu simulované biočipom umožňujú presnú a interpretovateľnú predikciu AMR prostredníctvom strojového učenia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Vedci vyvinuli nový diagnostický systém na predpovedanie antimikrobiálnej rezistencie (AMR) – schopnosti baktérií odolávať antibiotikám – pomocou umelej inteligencie a biočipov. Štúdia pracovala s údajmi z viac ako 400 000 izolátov baktérie Salmonella enterica, z ktorých náhodne vybrala 10 000 vzoriek na testovanie. Výskumný tím vytvoril algoritmy, ktoré analyzujú genetické signály podobné biočipovým signálom a presne predpovedajú, na ktoré lieky budú baktérie rezistentné. Navrhovaný klasifikátor dosiahol vysokú presnosť, presnosť a ďalšie meracie ukazovatele výkonu naprieč rôznymi profilmi odporu. Systém využíva vysvetliteľnú umelú inteligenciu, ktorá identifikuje kľúčové gény zodpovedné za rezistenciu a prekladá tieto poznatky do praktických odporúčaní pre lekárov. Tento rámec spája prediktívnu presnosť s klinicky použiteľnými informáciami, čím ponúka potenciál na zlepšenie diagnostiky antimikrobiálnej rezistencie v zdravotníctve.</w:t>
      </w:r>
    </w:p>
    <w:p/>
    <w:p>
      <w:pPr>
        <w:jc w:val="center"/>
      </w:pPr>
      <w:r>
        <w:t>Vygenerované: 09.03.2026 17:00:46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