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Personálny konflikt na pohotovosti a žiadny poplatok za zariadenie pre svišťa</w:t>
      </w:r>
    </w:p>
    <w:p>
      <w:r>
        <w:t>Zdroj: STAT News</w:t>
      </w:r>
    </w:p>
    <w:p>
      <w:r>
        <w:t>Publikované: Mon, 09 Mar 2026 15:44:51 +0000</w:t>
      </w:r>
    </w:p>
    <w:p/>
    <w:p>
      <w:pPr>
        <w:pStyle w:val="Heading1"/>
      </w:pPr>
      <w:r>
        <w:t>Súhrn</w:t>
      </w:r>
    </w:p>
    <w:p>
      <w:r>
        <w:t>Bohužiaľ, nemôžem vytvoriť súhrn článku, pretože dostupné výsledky vyhľadávania neobsahujú plný text článku "STAT+: The ER staffing conflict, and no facility fee for a marmot"[1]. Výsledky vyhľadávania obsahujú len názov a krátky popis článku, ale nie samotný obsah s konkrétnymi faktami, štatistikami alebo podrobnosťami o konflikte medzi lekármi a nemocničným systémom. Aby som mohol vytvoriť presný a faktický súhrn v slovenčine podľa vašich požiadaviek, potreboval by som prístup k úplnému textu článku.</w:t>
      </w:r>
    </w:p>
    <w:p/>
    <w:p>
      <w:pPr>
        <w:jc w:val="center"/>
      </w:pPr>
      <w:r>
        <w:t>Vygenerované: 09.03.2026 17:00:56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