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Účinky dennej suplementácie multivitamínom-multiminerálom a kakaovým extraktom na epigenetické hodiny starnutia v randomizovanej klinickej štúdii COSMOS</w:t>
      </w:r>
    </w:p>
    <w:p>
      <w:r>
        <w:t>Zdroj: Nature Medicine</w:t>
      </w:r>
    </w:p>
    <w:p>
      <w:r>
        <w:t>Publikované: 2026-03-09</w:t>
      </w:r>
    </w:p>
    <w:p/>
    <w:p>
      <w:pPr>
        <w:pStyle w:val="Heading1"/>
      </w:pPr>
      <w:r>
        <w:t>Súhrn</w:t>
      </w:r>
    </w:p>
    <w:p>
      <w:r>
        <w:t>Štúdia COSMOS je randomizovaná klinická štúdia, v ktorej sa skúmali účinky dennej suplementácie multivitamínom-multiminerálom a kakaovým extraktom. Analýza bola vo vopred špecifikovanej doplnkovej analýze. Suplementácia prebiehala počas 2 rokov. Denné multivitamíny-multiminerály znížili biologické starnutie, merané epigenetickými hodinami starnutia. Kakaový extrakt nemal tento účinok. Štúdia bola publikovaná v Nature Medicine 9. marca 2026 s doi:10.1038/s41591-026-04239-3.</w:t>
      </w:r>
    </w:p>
    <w:p/>
    <w:p>
      <w:pPr>
        <w:jc w:val="center"/>
      </w:pPr>
      <w:r>
        <w:t>Vygenerované: 09.03.2026 18:00:43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