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BMJ</w:t>
      </w:r>
    </w:p>
    <w:p>
      <w:r>
        <w:t>Publikované: 2026-03-09T06:51:05-07:00</w:t>
      </w:r>
    </w:p>
    <w:p/>
    <w:p>
      <w:pPr>
        <w:pStyle w:val="Heading1"/>
      </w:pPr>
      <w:r>
        <w:t>Súhrn</w:t>
      </w:r>
    </w:p>
    <w:p>
      <w:r>
        <w:t>Lekárka z severného Londýna, Cinderella Nonoo-Cohen, bola suspendovaná na štyri mesiace za islamofóbne správy odoslané kolegovi v skupinovej WhatsApp konverzácii.[1][2] Incident sa odohral krátko po útokoch Hamasu na Izrael 7. októbra 2023.[1] Dr. Cohen kritizovala kolegu, označeného ako „Dr. A“, za zverejnenie petície proti vystaveniu izraelskej vlajky a napísala: „Typické pre vás moslimov gaslightovať“.[1][2] Tribunál Medical Practitioners Tribunal Service (MPTS) označil túto frázu za objektívne islamofóbnu a výroky za vážne urážlivé.[1] Ďalšie obvinenia z lajkovania islamofóbnych príspevkov boli zamietnuté, pretože lajkovanie sa nepovažuje za schválenie obsahu.[1] Dr. Cohen vysvetlila, že správy poslala v stave šoku a emocionálneho napätia skoro ráno.[1] Suspendácia nadobudla účinnosť 28 dní po rozhodnutí z 20. februára.[1]</w:t>
      </w:r>
    </w:p>
    <w:p/>
    <w:p>
      <w:pPr>
        <w:jc w:val="center"/>
      </w:pPr>
      <w:r>
        <w:t>Vygenerované: 09.03.2026 18:01:23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