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Martha's pravidlo: 446 život zachraňujúcich zásahov za 16 mesiacov, hovorí NHS</w:t>
      </w:r>
    </w:p>
    <w:p>
      <w:r>
        <w:t>Zdroj: BMJ</w:t>
      </w:r>
    </w:p>
    <w:p>
      <w:r>
        <w:t>Publikované: 2026-03-09T08:56:06-07:00</w:t>
      </w:r>
    </w:p>
    <w:p/>
    <w:p>
      <w:pPr>
        <w:pStyle w:val="Heading1"/>
      </w:pPr>
      <w:r>
        <w:t>Súhrn</w:t>
      </w:r>
    </w:p>
    <w:p>
      <w:r>
        <w:t>Za 16 mesiacov programu Martha’s rule bolo uskutočnených 10 119 telefonátov na linky pomoci od pacientov, rodín a personálu. Jeden z troch telefonátov pomohol identifikovať zhoršujúci sa stav pacienta. V 3457 prípadoch to viedlo k akútnemu volaniu a 1885 pacientov dostalo zmeny v liečbe. Zahŕňalo to 446 potenciálne život zachraňujúcich zásahov na presun na vyššiu úroveň starostlivosti. Viac ako 6 000 telefonátov týkajúcich sa klinických, komunikačných alebo koordinačných problémov prinieslo zmysluplné zlepšenia v starostlivosti alebo navigácii systému. Počet hovorov sa od júna minulého roka viac ako zdvojnásobil na 4911 v súvislosti so zvýšeným nasadením v NHS. Program prebiehal od septembra 2024 do decembra 2025.</w:t>
      </w:r>
    </w:p>
    <w:p/>
    <w:p>
      <w:pPr>
        <w:jc w:val="center"/>
      </w:pPr>
      <w:r>
        <w:t>Vygenerované: 09.03.2026 19:00:36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