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Vertex tvrdí, že jeho liek úspešne znížil marker ochorenia obličiek v poslednom štádiu štúdie</w:t>
      </w:r>
    </w:p>
    <w:p>
      <w:r>
        <w:t>Zdroj: STAT News</w:t>
      </w:r>
    </w:p>
    <w:p>
      <w:r>
        <w:t>Publikované: Mon, 09 Mar 2026 21:39:57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"STAT+: Vertex says its drug successfully reduced marker of kidney disease in late-stage trial". Výsledky vyhľadávania obsahujú informácie o liečbe IgA nefropatie, vrátane údajov o lieku Nefecon (budezonid) a iných terapeutických prístupoch, ale nie o konkrétnom Vertexovom lieku spomínanom v tvojej požiadavke. Aby som mohol vytvoriť presný a faktický súhrn, potrebujem prístup k úplnému textu článku, ktorý si chceš zhrnúť.</w:t>
      </w:r>
    </w:p>
    <w:p/>
    <w:p>
      <w:pPr>
        <w:jc w:val="center"/>
      </w:pPr>
      <w:r>
        <w:t>Vygenerované: 09.03.2026 23:00:47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