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Ďalšia štúdia nenašla žiadne väzby medzi tylenolom v tehotenstve a autizmom</w:t>
      </w:r>
    </w:p>
    <w:p>
      <w:r>
        <w:t>Zdroj: MedPage Today</w:t>
      </w:r>
    </w:p>
    <w:p>
      <w:r>
        <w:t>Publikované: Mon, 09 Mar 2026 16:38:19 -0400</w:t>
      </w:r>
    </w:p>
    <w:p/>
    <w:p>
      <w:pPr>
        <w:pStyle w:val="Heading1"/>
      </w:pPr>
      <w:r>
        <w:t>Súhrn</w:t>
      </w:r>
    </w:p>
    <w:p>
      <w:r>
        <w:t>Nová štúdia publikovaná v časopise The Lancet nenašla žiadne dôkazy o súvislosti medzi užívaním paracetamolu (acetaminofénu, známeho ako Tylenol) v tehotenstve a rizikom autizmu, ADHD alebo vývinovej poruchy intelektu u detí.[3][6][7] Výskumníci analyzovali 43 štúdií so stovkami tisíc účastníkov z rôznych častí sveta, pričom zaradili len práce s presne zdokumentovaným užívaním lieku a overenými zdravotnými záznamami.[3][6] Pri porovnaní súrodencov sa pôvodné zdanlivé súvislosti stratili, pretože sa zohľadnili faktory ako genetika.[1][2][6] Švédska štúdia takmer 2,5 milióna pôrodov tiež nepotvrdila zvýšené riziko autizmu, ADHD či mentálneho postihnutia.[1][2] Hlavná autorka Asma Khalil uviedla, že zistenia sú konzistentné a paracetamol riziko nezvyšuje.[3] Paracetamol zostáva bezpečnou voľbou pre tehotné ženy pri bolesti alebo horúčke, ak sa užíva podľa odporúčaní lekára.[2][6][8]</w:t>
      </w:r>
    </w:p>
    <w:p/>
    <w:p>
      <w:pPr>
        <w:jc w:val="center"/>
      </w:pPr>
      <w:r>
        <w:t>Vygenerované: 09.03.2026 23:00:58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