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CDC varuje pred rakovinou súvisiacou s infekciou po transplantácii orgánov</w:t>
      </w:r>
    </w:p>
    <w:p>
      <w:r>
        <w:t>Zdroj: MedPage Today</w:t>
      </w:r>
    </w:p>
    <w:p>
      <w:r>
        <w:t>Publikované: Mon, 09 Mar 2026 16:17:07 -0400</w:t>
      </w:r>
    </w:p>
    <w:p/>
    <w:p>
      <w:pPr>
        <w:pStyle w:val="Heading1"/>
      </w:pPr>
      <w:r>
        <w:t>Súhrn</w:t>
      </w:r>
    </w:p>
    <w:p>
      <w:r>
        <w:t>Štúdia CDC upozorňuje na zvýšený výskyt prípadov podozrenia na infekcie herpesvírusom spojeným s Kaposiho sarkómom (KSHV) u príjemcov transplantovaných orgánov v USA. Počet týchto prípadov za posledných 5 rokov výrazne stúpol. Ide o rakovinu súvisiacú s infekciou po transplantácii orgánov. Štúdia zdôrazňuje potrebu nových skríningových nástrojov. Tiež volá po ostrejšej klinickej kontrole pri transplantáciách. Tieto zistenia vychádzajú z údajov CDC publikovaných v MedPage Today.</w:t>
      </w:r>
    </w:p>
    <w:p/>
    <w:p>
      <w:pPr>
        <w:jc w:val="center"/>
      </w:pPr>
      <w:r>
        <w:t>Vygenerované: 09.03.2026 23:01:16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