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Doplnky s omega-3 rybím olejom znižujú srdcový infarkt a mŕtvicu o 43 % u dialyzovaných pacientov</w:t>
      </w:r>
    </w:p>
    <w:p>
      <w:r>
        <w:t>Zdroj: ScienceDaily Health</w:t>
      </w:r>
    </w:p>
    <w:p>
      <w:r>
        <w:t>Publikované: Tue, 10 Mar 2026 22:25:54 EDT</w:t>
      </w:r>
    </w:p>
    <w:p/>
    <w:p>
      <w:pPr>
        <w:pStyle w:val="Heading1"/>
      </w:pPr>
      <w:r>
        <w:t>Súhrn</w:t>
      </w:r>
    </w:p>
    <w:p>
      <w:r>
        <w:t>Veľká medzinárodná štúdia zistila, že denné doplnky rybieho oleja výrazne znížili život ohrozujúce kardiovaskulárne príhody u dialyzovaných pacientov. Ľudia, ktorí užívali štyri gramy denne, mali o 43 % nižšie riziko srdcového infarktu, mŕtvice, srdcovej smrti alebo amputácií súvisiacich s cievami v porovnaní s tými, ktorí dostávali placebo. Tieto zistenia vynikajú, pretože len málo liečebných postupov úspešne znížilo srdcové riziko v tejto vysoko rizikovej skupine. Doplnky s omega-3 rybím olejom tak znižujú srdcový infarkt a mŕtvicu o 43 % u dialyzovaných pacientov. Štúdia potvrdzuje pozitívny efekt u pacientov na dialýze, kde je kardiovaskulárne riziko mimoriadne vysoké.</w:t>
      </w:r>
    </w:p>
    <w:p/>
    <w:p>
      <w:pPr>
        <w:jc w:val="center"/>
      </w:pPr>
      <w:r>
        <w:t>Vygenerované: 11.03.2026 07:00:33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