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Rethinking pattern hair loss classification in the era of trichoscopy and artificial intelligence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Tradičné klasifikačné systémy stratovosti vlasov dlhodobo viedli klinické pochopenie tohto problému, no nové terapie a pokroky v technológiách si vyžadujú prehodnotenie týchto systémov[1]. Trichoskopia v kombinácii s umelou inteligenciou umožňuje kvantifikáciu rastových vzorov, monitorovanie odpovede na liečbu a komplexnejšie hodnotenie zdravia pokožky hlavy[1]. Automatizované systémy analýzy obrazu, ako napríklad TrichoScan, s presnosťou približne 97 % kvantifikujú hustotu terminálu a miniaturizovaných vlasov, pomery anagénu a telogénu a proporcie priemeru vlasov[1]. Umelá inteligencia dokáže automaticky identifikovať oblasti stratovosti vlasov, kvantifikovať ich rozsah a vypočítať štandardizované metriky, čo predstavuje spoľahlivejšiu alternatívu k starším meračom založeným na dĺžke[1]. Systémy s umelou inteligenciou dosahujú diagnostickú presnosť porovnateľnú s dermatológmi a majú potenciál zlepšiť diagnostiku a monitorovanie stratovosti vlasov[1]. Výskumníci argumentujú, že tieto nástroje by sa mali systematicky prijať v skúmavacích podmienkach na vytvorenie štandardizovaných, biologicky informovaných súborov údajov, ktoré by podporili vývoj budúcich klasifikačných rámcov[1].</w:t>
      </w:r>
    </w:p>
    <w:p/>
    <w:p>
      <w:pPr>
        <w:jc w:val="center"/>
      </w:pPr>
      <w:r>
        <w:t>Vygenerované: 10.03.2026 07:01:06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