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Reed-Sternbergove bunky exprimujú CD161 a lektínu podobný transkript 1 v Hodgkinovom lymfóme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Hodgkinov lymfóm (HL) je typ rakoviny lymfatického systému, ktorý sa diagnostikuje prítomnosťou Reed-Sternbergových (RS) buniek obklopených imunitnými bunkami[3]. Vedci skúmali expresiu dvoch proteínov – CD161 a lektínu podobného transkriptu 1 (LLT1) – v RS bunkách, pretože tieto proteíny modulujú funkciu prírodzeného zabíjača a T buniek pri rakovine[3]. Štúdia analyzovala vzorky tkaniva od pacientov v severnom Jordánsku a 60 kontrolných vzoriek z zdravých lymfatických uzlín a mandlí pomocou imunohistochémie[3]. Išlo o prvú štúdiu, ktorá detekovala expresiu CD161 v RS bunkách na proteínovej úrovni[3]. Štatistické analýzy nepreukázali žiadnu významnu súvislosť medzi expresiou LLT1 alebo CD161 v RS bunkách a typom, štádiom ochorenia ani stavom vírusu Epstein-Barrovej[3]. Výskumníci dospeli k záveru, že tieto zistenia poskytujú prvú charakterizáciu expresie LLT1 a CD161 v RS bunkách a naznačujú ich potenciálne použitie ako cieľa v imunoterapeutických prístupoch pri liečbe Hodgkinovho lymfómu[3].</w:t>
      </w:r>
    </w:p>
    <w:p/>
    <w:p>
      <w:pPr>
        <w:jc w:val="center"/>
      </w:pPr>
      <w:r>
        <w:t>Vygenerované: 10.03.2026 07:01:28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