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Súbežný spontánny pneumocefalus a pneumorrhachis v dôsledku polymikrobiálnej infekcie: kazuistika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U 69-ročnej ženy sa prejavil status epilepticus, po ktorom došlo k progresívnemu zhoršeniu vedomia. Zobrazovacie vyšetrenia odhalili tenzný pneumocefalus spolu s intraspinálnym pneumorrhachisom, čo je vzácny a vysoko letálny stav. Abdominálna CT potvrdila črevnú obštrukciu a perforáciu gastrointestinálneho traktu. Kultivácia mozgovomiechového moku preukázala polymikrobiálnu infekciu, ktorá naznačovala purulentnú meningoencefalomyelitídu spôsobenú intraabdominálnou infekciou. Hemokultúry boli negatívne. Napriek agresívnej liečbe sa u pacientky rozvinul obojstranný infarkt mozgových hemisfér a cerebrálna herniácia, ktorej podľahla. Infekcia sa šírila neobvyklou cestou z brušnej dutiny do centrálneho nervového systému, sprevádzaná výraznými rádiologickými nálezmi vzduchu v lebke a chrbtici. Prípad zdôrazňuje potrebu klinickej ostražitosti pri takýchto zriedkavých stavoch.</w:t>
      </w:r>
    </w:p>
    <w:p/>
    <w:p>
      <w:pPr>
        <w:jc w:val="center"/>
      </w:pPr>
      <w:r>
        <w:t>Vygenerované: 10.03.2026 07:01:50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